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DOCUMENTOS PARA ADMISSÃO DE EMPREGADO</w:t>
      </w:r>
    </w:p>
    <w:p>
      <w:pPr>
        <w:jc w:val="left"/>
      </w:pPr>
      <w:r>
        <w:rPr>
          <w:b w:val="0"/>
        </w:rPr>
        <w:t>Empresa: ____________________   Candidato(a): ____________________   Cargo: ____________________   Data prevista de início: ____/____/______</w:t>
      </w:r>
    </w:p>
    <w:p>
      <w:pPr>
        <w:jc w:val="left"/>
      </w:pPr>
      <w:r>
        <w:rPr>
          <w:b/>
        </w:rPr>
        <w:t>Entregar cópia legível (ou arquivo digital) de:</w:t>
      </w:r>
    </w:p>
    <w:p>
      <w:pPr>
        <w:pStyle w:val="ListBullet"/>
      </w:pPr>
      <w:r>
        <w:t>Documento de identidade (RG ou CNH) e CPF</w:t>
      </w:r>
    </w:p>
    <w:p>
      <w:pPr>
        <w:pStyle w:val="ListBullet"/>
      </w:pPr>
      <w:r>
        <w:t>Carteira de Trabalho Digital (número e série ou CPF) e número do PIS/PASEP/NIT</w:t>
      </w:r>
    </w:p>
    <w:p>
      <w:pPr>
        <w:pStyle w:val="ListBullet"/>
      </w:pPr>
      <w:r>
        <w:t>Título de eleitor</w:t>
      </w:r>
    </w:p>
    <w:p>
      <w:pPr>
        <w:pStyle w:val="ListBullet"/>
      </w:pPr>
      <w:r>
        <w:t>Certificado de reservista (homens de 18 a 45 anos)</w:t>
      </w:r>
    </w:p>
    <w:p>
      <w:pPr>
        <w:pStyle w:val="ListBullet"/>
      </w:pPr>
      <w:r>
        <w:t>Comprovante de residência atualizado</w:t>
      </w:r>
    </w:p>
    <w:p>
      <w:pPr>
        <w:pStyle w:val="ListBullet"/>
      </w:pPr>
      <w:r>
        <w:t>Certidão de nascimento ou de casamento / união estável</w:t>
      </w:r>
    </w:p>
    <w:p>
      <w:pPr>
        <w:pStyle w:val="ListBullet"/>
      </w:pPr>
      <w:r>
        <w:t>Comprovante de escolaridade e registro no conselho de classe, quando exigido para o cargo</w:t>
      </w:r>
    </w:p>
    <w:p>
      <w:pPr>
        <w:pStyle w:val="ListBullet"/>
      </w:pPr>
      <w:r>
        <w:t>Certidão de nascimento e CPF dos filhos menores de 14 anos; cartão de vacinação dos menores de 7 anos e comprovante de frequência escolar dos de 7 a 14 anos (salário-família)</w:t>
      </w:r>
    </w:p>
    <w:p>
      <w:pPr>
        <w:pStyle w:val="ListBullet"/>
      </w:pPr>
      <w:r>
        <w:t>Declaração de dependentes para Imposto de Renda</w:t>
      </w:r>
    </w:p>
    <w:p>
      <w:pPr>
        <w:pStyle w:val="ListBullet"/>
      </w:pPr>
      <w:r>
        <w:t>Dados bancários para pagamento do salário (conta em nome do empregado)</w:t>
      </w:r>
    </w:p>
    <w:p>
      <w:pPr>
        <w:pStyle w:val="ListBullet"/>
      </w:pPr>
      <w:r>
        <w:t>Opção ou renúncia ao vale-transporte, com o itinerário casa–trabalho</w:t>
      </w:r>
    </w:p>
    <w:p>
      <w:pPr>
        <w:pStyle w:val="ListBullet"/>
      </w:pPr>
      <w:r>
        <w:t>1 foto 3x4 (opcional, para ficha de registro)</w:t>
      </w:r>
    </w:p>
    <w:p>
      <w:pPr>
        <w:pStyle w:val="ListBullet"/>
      </w:pPr>
      <w:r>
        <w:t>Exame médico admissional (ASO) – providenciado pela empresa antes do início das atividades</w:t>
      </w:r>
    </w:p>
    <w:p>
      <w:pPr>
        <w:jc w:val="left"/>
      </w:pPr>
      <w:r>
        <w:rPr>
          <w:b w:val="0"/>
        </w:rPr>
        <w:t>Importante: o envio ao eSocial deve ocorrer até o dia anterior ao início das atividades. Envie os documentos à contabilidade com antecedência.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