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202C"/>
          <w:sz w:val="28"/>
        </w:rPr>
        <w:t>CONTRATO PARTICULAR DE COMPRA E VENDA</w:t>
      </w:r>
    </w:p>
    <w:p>
      <w:pPr>
        <w:jc w:val="both"/>
      </w:pPr>
      <w:r>
        <w:rPr>
          <w:b w:val="0"/>
        </w:rPr>
        <w:t>VENDEDOR(A): ____________________, CPF/CNPJ nº ____________________, residente/sediado(a) em ________________________________________.</w:t>
      </w:r>
    </w:p>
    <w:p>
      <w:pPr>
        <w:jc w:val="both"/>
      </w:pPr>
      <w:r>
        <w:rPr>
          <w:b w:val="0"/>
        </w:rPr>
        <w:t>COMPRADOR(A): ____________________, CPF/CNPJ nº ____________________, residente/sediado(a) em ________________________________________.</w:t>
      </w:r>
    </w:p>
    <w:p>
      <w:pPr>
        <w:jc w:val="left"/>
      </w:pPr>
      <w:r>
        <w:rPr>
          <w:b/>
        </w:rPr>
        <w:t>Cláusula 1ª – Do objeto</w:t>
      </w:r>
    </w:p>
    <w:p>
      <w:pPr>
        <w:jc w:val="both"/>
      </w:pPr>
      <w:r>
        <w:rPr>
          <w:b w:val="0"/>
        </w:rPr>
        <w:t>O(A) VENDEDOR(A) vende ao(à) COMPRADOR(A) o seguinte bem: ____________________________________________________________ (descrever com marca, modelo, número de série, placa/chassi, matrícula ou outras características que o identifiquem).</w:t>
      </w:r>
    </w:p>
    <w:p>
      <w:pPr>
        <w:jc w:val="left"/>
      </w:pPr>
      <w:r>
        <w:rPr>
          <w:b/>
        </w:rPr>
        <w:t>Cláusula 2ª – Do preço e pagamento</w:t>
      </w:r>
    </w:p>
    <w:p>
      <w:pPr>
        <w:jc w:val="both"/>
      </w:pPr>
      <w:r>
        <w:rPr>
          <w:b w:val="0"/>
        </w:rPr>
        <w:t>O preço total é de R$ ______________ (________________________), pago da seguinte forma: (  ) à vista, na assinatura  (  ) entrada de R$ __________ e ____ parcelas de R$ __________, com vencimento em ____________.</w:t>
      </w:r>
    </w:p>
    <w:p>
      <w:pPr>
        <w:jc w:val="left"/>
      </w:pPr>
      <w:r>
        <w:rPr>
          <w:b/>
        </w:rPr>
        <w:t>Cláusula 3ª – Da entrega</w:t>
      </w:r>
    </w:p>
    <w:p>
      <w:pPr>
        <w:jc w:val="both"/>
      </w:pPr>
      <w:r>
        <w:rPr>
          <w:b w:val="0"/>
        </w:rPr>
        <w:t>O bem será entregue em ____/____/______, no local ________________________, no estado em que se encontra, tendo o(a) COMPRADOR(A) examinado e aceitado as suas condições.</w:t>
      </w:r>
    </w:p>
    <w:p>
      <w:pPr>
        <w:jc w:val="left"/>
      </w:pPr>
      <w:r>
        <w:rPr>
          <w:b/>
        </w:rPr>
        <w:t>Cláusula 4ª – Da propriedade e ônus</w:t>
      </w:r>
    </w:p>
    <w:p>
      <w:pPr>
        <w:jc w:val="both"/>
      </w:pPr>
      <w:r>
        <w:rPr>
          <w:b w:val="0"/>
        </w:rPr>
        <w:t>O(A) VENDEDOR(A) declara ser legítimo(a) proprietário(a) do bem e que ele está livre de dívidas, penhoras, alienação fiduciária ou qualquer ônus, respondendo pela evicção na forma da lei.</w:t>
      </w:r>
    </w:p>
    <w:p>
      <w:pPr>
        <w:jc w:val="left"/>
      </w:pPr>
      <w:r>
        <w:rPr>
          <w:b/>
        </w:rPr>
        <w:t>Cláusula 5ª – Das despesas</w:t>
      </w:r>
    </w:p>
    <w:p>
      <w:pPr>
        <w:jc w:val="both"/>
      </w:pPr>
      <w:r>
        <w:rPr>
          <w:b w:val="0"/>
        </w:rPr>
        <w:t>Despesas de transferência, registro, impostos e taxas ficam a cargo do(a) ________________.</w:t>
      </w:r>
    </w:p>
    <w:p>
      <w:pPr>
        <w:jc w:val="left"/>
      </w:pPr>
      <w:r>
        <w:rPr>
          <w:b/>
        </w:rPr>
        <w:t>Cláusula 6ª – Do inadimplemento</w:t>
      </w:r>
    </w:p>
    <w:p>
      <w:pPr>
        <w:jc w:val="both"/>
      </w:pPr>
      <w:r>
        <w:rPr>
          <w:b w:val="0"/>
        </w:rPr>
        <w:t>O não pagamento de qualquer parcela no vencimento sujeita o(a) COMPRADOR(A) a multa de ____% e juros de 1% ao mês, podendo o(a) VENDEDOR(A) considerar vencidas as demais parcelas.</w:t>
      </w:r>
    </w:p>
    <w:p>
      <w:pPr>
        <w:jc w:val="left"/>
      </w:pPr>
      <w:r>
        <w:rPr>
          <w:b/>
        </w:rPr>
        <w:t>Cláusula 7ª – Do foro</w:t>
      </w:r>
    </w:p>
    <w:p>
      <w:pPr>
        <w:jc w:val="both"/>
      </w:pPr>
      <w:r>
        <w:rPr>
          <w:b w:val="0"/>
        </w:rPr>
        <w:t>Fica eleito o foro da comarca de ____________________.</w:t>
      </w:r>
    </w:p>
    <w:p>
      <w:pPr>
        <w:jc w:val="left"/>
      </w:pPr>
      <w:r>
        <w:rPr>
          <w:b w:val="0"/>
        </w:rPr>
        <w:t>Observação: a venda de imóvel de valor superior a 30 salários mínimos exige escritura pública (art. 108 do Código Civil). Para veículos, a transferência deve ser feita também no Detran.</w:t>
      </w:r>
    </w:p>
    <w:p/>
    <w:p>
      <w:pPr>
        <w:jc w:val="left"/>
      </w:pPr>
      <w:r>
        <w:rPr>
          <w:b w:val="0"/>
        </w:rPr>
        <w:t>____________________, ____ de __________________ de ______.</w:t>
      </w:r>
    </w:p>
    <w:p/>
    <w:p/>
    <w:p>
      <w:pPr>
        <w:jc w:val="center"/>
      </w:pPr>
      <w:r>
        <w:rPr>
          <w:b w:val="0"/>
        </w:rPr>
        <w:t>_________________________________________</w:t>
      </w:r>
    </w:p>
    <w:p>
      <w:pPr>
        <w:jc w:val="center"/>
      </w:pPr>
      <w:r>
        <w:rPr>
          <w:b w:val="0"/>
        </w:rPr>
        <w:t>VENDEDOR(A)</w:t>
        <w:br/>
        <w:t>CPF/CNPJ: ____________________</w:t>
      </w:r>
    </w:p>
    <w:p/>
    <w:p/>
    <w:p>
      <w:pPr>
        <w:jc w:val="center"/>
      </w:pPr>
      <w:r>
        <w:rPr>
          <w:b w:val="0"/>
        </w:rPr>
        <w:t>_________________________________________</w:t>
      </w:r>
    </w:p>
    <w:p>
      <w:pPr>
        <w:jc w:val="center"/>
      </w:pPr>
      <w:r>
        <w:rPr>
          <w:b w:val="0"/>
        </w:rPr>
        <w:t>COMPRADOR(A)</w:t>
        <w:br/>
        <w:t>CPF/CNPJ: ____________________</w:t>
      </w:r>
    </w:p>
    <w:p>
      <w:pPr>
        <w:jc w:val="left"/>
      </w:pPr>
      <w:r>
        <w:rPr>
          <w:b w:val="0"/>
        </w:rPr>
        <w:t>Testemunhas:</w:t>
        <w:br/>
        <w:t>1. Nome: ____________________  CPF: ____________________</w:t>
        <w:br/>
        <w:t>2. Nome: ____________________  CPF: ____________________</w:t>
      </w:r>
    </w:p>
    <w:p/>
    <w:p>
      <w:pPr>
        <w:jc w:val="both"/>
      </w:pPr>
      <w:r>
        <w:rPr>
          <w:b w:val="0"/>
          <w:i/>
          <w:color w:val="555F6A"/>
          <w:sz w:val="17"/>
        </w:rPr>
        <w:t>Modelo de referência disponibilizado por Cardoso &amp; Martins – Contadores, Peritos e Consultores (cmcontadoresassociados.com.br). Revise e adapte ao seu caso antes de usar. Em caso de dúvida, fale com a nossa equipe.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Calibri" w:hAnsi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