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CONTRATO DE PRESTAÇÃO DE SERVIÇOS</w:t>
      </w:r>
    </w:p>
    <w:p>
      <w:pPr>
        <w:jc w:val="both"/>
      </w:pPr>
      <w:r>
        <w:rPr>
          <w:b w:val="0"/>
        </w:rPr>
        <w:t>Pelo presente instrumento particular, as partes abaixo qualificadas:</w:t>
      </w:r>
    </w:p>
    <w:p>
      <w:pPr>
        <w:jc w:val="both"/>
      </w:pPr>
      <w:r>
        <w:rPr>
          <w:b w:val="0"/>
        </w:rPr>
        <w:t>CONTRATANTE: ____________________, inscrito(a) no CPF/CNPJ sob o nº ____________________, com endereço em ________________________________________.</w:t>
      </w:r>
    </w:p>
    <w:p>
      <w:pPr>
        <w:jc w:val="both"/>
      </w:pPr>
      <w:r>
        <w:rPr>
          <w:b w:val="0"/>
        </w:rPr>
        <w:t>CONTRATADO(A): ____________________, inscrito(a) no CPF/CNPJ sob o nº ____________________, com endereço em ________________________________________.</w:t>
      </w:r>
    </w:p>
    <w:p>
      <w:pPr>
        <w:jc w:val="both"/>
      </w:pPr>
      <w:r>
        <w:rPr>
          <w:b w:val="0"/>
        </w:rPr>
        <w:t>têm entre si justo e contratado o seguinte:</w:t>
      </w:r>
    </w:p>
    <w:p>
      <w:pPr>
        <w:jc w:val="left"/>
      </w:pPr>
      <w:r>
        <w:rPr>
          <w:b/>
        </w:rPr>
        <w:t>Cláusula 1ª – Do objeto</w:t>
      </w:r>
    </w:p>
    <w:p>
      <w:pPr>
        <w:jc w:val="both"/>
      </w:pPr>
      <w:r>
        <w:rPr>
          <w:b w:val="0"/>
        </w:rPr>
        <w:t>O(A) CONTRATADO(A) prestará ao CONTRATANTE os seguintes serviços: ____________________________________________________________.</w:t>
      </w:r>
    </w:p>
    <w:p>
      <w:pPr>
        <w:jc w:val="left"/>
      </w:pPr>
      <w:r>
        <w:rPr>
          <w:b/>
        </w:rPr>
        <w:t>Cláusula 2ª – Do prazo</w:t>
      </w:r>
    </w:p>
    <w:p>
      <w:pPr>
        <w:jc w:val="both"/>
      </w:pPr>
      <w:r>
        <w:rPr>
          <w:b w:val="0"/>
        </w:rPr>
        <w:t>Este contrato vigorará de ____/____/______ a ____/____/______, podendo ser prorrogado por acordo escrito entre as partes.</w:t>
      </w:r>
    </w:p>
    <w:p>
      <w:pPr>
        <w:jc w:val="left"/>
      </w:pPr>
      <w:r>
        <w:rPr>
          <w:b/>
        </w:rPr>
        <w:t>Cláusula 3ª – Do preço e pagamento</w:t>
      </w:r>
    </w:p>
    <w:p>
      <w:pPr>
        <w:jc w:val="both"/>
      </w:pPr>
      <w:r>
        <w:rPr>
          <w:b w:val="0"/>
        </w:rPr>
        <w:t>Pelos serviços, o CONTRATANTE pagará o valor de R$ ______________ (________________________), da seguinte forma: ________________________________, mediante emissão de nota fiscal ou recibo.</w:t>
      </w:r>
    </w:p>
    <w:p>
      <w:pPr>
        <w:jc w:val="left"/>
      </w:pPr>
      <w:r>
        <w:rPr>
          <w:b/>
        </w:rPr>
        <w:t>Cláusula 4ª – Das obrigações do(a) contratado(a)</w:t>
      </w:r>
    </w:p>
    <w:p>
      <w:pPr>
        <w:jc w:val="both"/>
      </w:pPr>
      <w:r>
        <w:rPr>
          <w:b w:val="0"/>
        </w:rPr>
        <w:t>Executar os serviços com qualidade e dentro do prazo, utilizando meios próprios, sem vínculo empregatício com o CONTRATANTE, responsabilizando-se pelos tributos e encargos incidentes sobre a sua atividade.</w:t>
      </w:r>
    </w:p>
    <w:p>
      <w:pPr>
        <w:jc w:val="left"/>
      </w:pPr>
      <w:r>
        <w:rPr>
          <w:b/>
        </w:rPr>
        <w:t>Cláusula 5ª – Das obrigações do contratante</w:t>
      </w:r>
    </w:p>
    <w:p>
      <w:pPr>
        <w:jc w:val="both"/>
      </w:pPr>
      <w:r>
        <w:rPr>
          <w:b w:val="0"/>
        </w:rPr>
        <w:t>Fornecer as informações necessárias à execução dos serviços e efetuar os pagamentos nas datas acordadas.</w:t>
      </w:r>
    </w:p>
    <w:p>
      <w:pPr>
        <w:jc w:val="left"/>
      </w:pPr>
      <w:r>
        <w:rPr>
          <w:b/>
        </w:rPr>
        <w:t>Cláusula 6ª – Da rescisão</w:t>
      </w:r>
    </w:p>
    <w:p>
      <w:pPr>
        <w:jc w:val="both"/>
      </w:pPr>
      <w:r>
        <w:rPr>
          <w:b w:val="0"/>
        </w:rPr>
        <w:t>Qualquer das partes poderá rescindir este contrato mediante aviso prévio por escrito de ____ dias. O descumprimento de qualquer cláusula autoriza a rescisão imediata pela parte prejudicada.</w:t>
      </w:r>
    </w:p>
    <w:p>
      <w:pPr>
        <w:jc w:val="left"/>
      </w:pPr>
      <w:r>
        <w:rPr>
          <w:b/>
        </w:rPr>
        <w:t>Cláusula 7ª – Da confidencialidade</w:t>
      </w:r>
    </w:p>
    <w:p>
      <w:pPr>
        <w:jc w:val="both"/>
      </w:pPr>
      <w:r>
        <w:rPr>
          <w:b w:val="0"/>
        </w:rPr>
        <w:t>As partes manterão sigilo sobre as informações a que tiverem acesso em razão deste contrato, inclusive dados pessoais, nos termos da Lei nº 13.709/2018 (LGPD).</w:t>
      </w:r>
    </w:p>
    <w:p>
      <w:pPr>
        <w:jc w:val="left"/>
      </w:pPr>
      <w:r>
        <w:rPr>
          <w:b/>
        </w:rPr>
        <w:t>Cláusula 8ª – Do foro</w:t>
      </w:r>
    </w:p>
    <w:p>
      <w:pPr>
        <w:jc w:val="both"/>
      </w:pPr>
      <w:r>
        <w:rPr>
          <w:b w:val="0"/>
        </w:rPr>
        <w:t>Fica eleito o foro da comarca de ____________________ para dirimir quaisquer dúvidas oriundas deste contrato.</w:t>
      </w:r>
    </w:p>
    <w:p>
      <w:pPr>
        <w:jc w:val="both"/>
      </w:pPr>
      <w:r>
        <w:rPr>
          <w:b w:val="0"/>
        </w:rPr>
        <w:t>E, por estarem assim justos e contratados, assinam o presente em 2 (duas) vias de igual teor, na presença de 2 (duas) testemunhas.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CONTRATANTE</w:t>
        <w:br/>
        <w:t>CPF/CNPJ: ____________________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CONTRATADO(A)</w:t>
        <w:br/>
        <w:t>CPF/CNPJ: ____________________</w:t>
      </w:r>
    </w:p>
    <w:p>
      <w:pPr>
        <w:jc w:val="left"/>
      </w:pPr>
      <w:r>
        <w:rPr>
          <w:b/>
        </w:rPr>
        <w:t>Testemunhas:</w:t>
      </w:r>
    </w:p>
    <w:p>
      <w:pPr>
        <w:jc w:val="left"/>
      </w:pPr>
      <w:r>
        <w:rPr>
          <w:b w:val="0"/>
        </w:rPr>
        <w:t>1. Nome: ____________________  CPF: ____________________</w:t>
        <w:br/>
        <w:t>2. Nome: ____________________  CPF: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