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DECLARAÇÃO DE RESIDÊNCIA</w:t>
      </w:r>
    </w:p>
    <w:p>
      <w:pPr>
        <w:jc w:val="both"/>
      </w:pPr>
      <w:r>
        <w:rPr>
          <w:b w:val="0"/>
        </w:rPr>
        <w:t>Eu, ____________________, nacionalidade ____________________, inscrito(a) no CPF sob o nº ____________________, DECLARO, para os devidos fins, que resido no endereço ________________________________________, CEP ____________________, na cidade de ____________________.</w:t>
      </w:r>
    </w:p>
    <w:p>
      <w:pPr>
        <w:jc w:val="both"/>
      </w:pPr>
      <w:r>
        <w:rPr>
          <w:b w:val="0"/>
        </w:rPr>
        <w:t>Declaro ainda estar ciente de que a falsidade desta declaração configura crime previsto no art. 299 do Código Penal, sujeitando-me às sanções cabíveis.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Declarante</w:t>
        <w:br/>
        <w:t>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