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color w:val="14202C"/>
          <w:sz w:val="28"/>
        </w:rPr>
        <w:t>PROCURAÇÃO PARTICULAR</w:t>
      </w:r>
    </w:p>
    <w:p>
      <w:pPr>
        <w:jc w:val="both"/>
      </w:pPr>
      <w:r>
        <w:rPr>
          <w:b w:val="0"/>
        </w:rPr>
        <w:t>OUTORGANTE: ____________________, nacionalidade ____________________, estado civil ____________________, profissão ____________________, portador(a) do RG nº ____________________ e inscrito(a) no CPF sob o nº ____________________, residente em ________________________________________.</w:t>
      </w:r>
    </w:p>
    <w:p>
      <w:pPr>
        <w:jc w:val="both"/>
      </w:pPr>
      <w:r>
        <w:rPr>
          <w:b w:val="0"/>
        </w:rPr>
        <w:t>OUTORGADO(A): ____________________, nacionalidade ____________________, estado civil ____________________, profissão ____________________, portador(a) do RG nº ____________________ e inscrito(a) no CPF sob o nº ____________________, residente em ________________________________________.</w:t>
      </w:r>
    </w:p>
    <w:p>
      <w:pPr>
        <w:jc w:val="both"/>
      </w:pPr>
      <w:r>
        <w:rPr>
          <w:b w:val="0"/>
        </w:rPr>
        <w:t>PODERES: pelo presente instrumento particular, o(a) OUTORGANTE nomeia e constitui o(a) OUTORGADO(A) seu(sua) bastante procurador(a), com poderes para, em seu nome, ____________________________________________________________, podendo para tanto assinar requerimentos, apresentar e retirar documentos e praticar todos os atos necessários ao fiel cumprimento deste mandato.</w:t>
      </w:r>
    </w:p>
    <w:p>
      <w:pPr>
        <w:jc w:val="both"/>
      </w:pPr>
      <w:r>
        <w:rPr>
          <w:b w:val="0"/>
        </w:rPr>
        <w:t>VALIDADE: esta procuração é válida por ______ dias a contar da data de assinatura.</w:t>
      </w:r>
    </w:p>
    <w:p/>
    <w:p>
      <w:pPr>
        <w:jc w:val="left"/>
      </w:pPr>
      <w:r>
        <w:rPr>
          <w:b w:val="0"/>
        </w:rPr>
        <w:t>____________________, ____ de __________________ de ______.</w:t>
      </w:r>
    </w:p>
    <w:p/>
    <w:p/>
    <w:p>
      <w:pPr>
        <w:jc w:val="center"/>
      </w:pPr>
      <w:r>
        <w:rPr>
          <w:b w:val="0"/>
        </w:rPr>
        <w:t>_________________________________________</w:t>
      </w:r>
    </w:p>
    <w:p>
      <w:pPr>
        <w:jc w:val="center"/>
      </w:pPr>
      <w:r>
        <w:rPr>
          <w:b w:val="0"/>
        </w:rPr>
        <w:t>OUTORGANTE</w:t>
        <w:br/>
        <w:t>CPF: ____________________</w:t>
      </w:r>
    </w:p>
    <w:p>
      <w:pPr>
        <w:jc w:val="left"/>
      </w:pPr>
      <w:r>
        <w:rPr>
          <w:b w:val="0"/>
        </w:rPr>
        <w:t>Observação: alguns órgãos exigem reconhecimento de firma ou procuração pública lavrada em cartório. Confirme antes de usar.</w:t>
      </w:r>
    </w:p>
    <w:p/>
    <w:p>
      <w:pPr>
        <w:jc w:val="both"/>
      </w:pPr>
      <w:r>
        <w:rPr>
          <w:b w:val="0"/>
          <w:i/>
          <w:color w:val="555F6A"/>
          <w:sz w:val="17"/>
        </w:rPr>
        <w:t>Modelo de referência disponibilizado por Cardoso &amp; Martins – Contadores, Peritos e Consultores (cmcontadoresassociados.com.br). Revise e adapte ao seu caso antes de usar. Em caso de dúvida, fale com a nossa equipe.</w:t>
      </w:r>
    </w:p>
    <w:sectPr w:rsidR="00FC693F" w:rsidRPr="0006063C" w:rsidSect="00034616">
      <w:pgSz w:w="12240" w:h="15840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60" w:line="300" w:lineRule="auto"/>
    </w:pPr>
    <w:rPr>
      <w:rFonts w:ascii="Calibri" w:hAnsi="Calibri"/>
      <w:sz w:val="23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