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RECIBO DE ADIANTAMENTO SALARIAL</w:t>
      </w:r>
    </w:p>
    <w:p>
      <w:pPr>
        <w:jc w:val="left"/>
      </w:pPr>
      <w:r>
        <w:rPr>
          <w:b/>
        </w:rPr>
        <w:t>Valor: R$ ______________</w:t>
      </w:r>
    </w:p>
    <w:p>
      <w:pPr>
        <w:jc w:val="both"/>
      </w:pPr>
      <w:r>
        <w:rPr>
          <w:b w:val="0"/>
        </w:rPr>
        <w:t>Recebi de ____________________, CNPJ/CPF nº ____________________, a importância de R$ ______________ (________________________), a título de adiantamento do salário referente ao mês de ______________ de ______, valor que será descontado na folha de pagamento da mesma competência.</w:t>
      </w:r>
    </w:p>
    <w:p>
      <w:pPr>
        <w:jc w:val="left"/>
      </w:pPr>
      <w:r>
        <w:rPr>
          <w:b w:val="0"/>
        </w:rPr>
        <w:t>Empregado(a): ____________________   CPF: ____________________   Cargo: ____________________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Empregado(a)</w:t>
        <w:br/>
        <w:t>CPF: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