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202C"/>
          <w:sz w:val="28"/>
        </w:rPr>
        <w:t>RECIBO DE ALUGUEL</w:t>
      </w:r>
    </w:p>
    <w:p>
      <w:pPr>
        <w:jc w:val="left"/>
      </w:pPr>
      <w:r>
        <w:rPr>
          <w:b/>
        </w:rPr>
        <w:t>Valor: R$ ______________</w:t>
      </w:r>
    </w:p>
    <w:p>
      <w:pPr>
        <w:jc w:val="both"/>
      </w:pPr>
      <w:r>
        <w:rPr>
          <w:b w:val="0"/>
        </w:rPr>
        <w:t>Recebi de ____________________ (locatário), CPF/CNPJ nº ____________________, a importância de R$ ______________ (________________________________________________), referente ao aluguel do imóvel situado em ________________________________________, relativo ao mês de ______________ de ______.</w:t>
      </w:r>
    </w:p>
    <w:p>
      <w:pPr>
        <w:jc w:val="left"/>
      </w:pPr>
      <w:r>
        <w:rPr>
          <w:b/>
        </w:rPr>
        <w:t>Composição do valor:</w:t>
      </w:r>
    </w:p>
    <w:p>
      <w:pPr>
        <w:pStyle w:val="ListBullet"/>
      </w:pPr>
      <w:r>
        <w:t>Aluguel: R$ __________</w:t>
      </w:r>
    </w:p>
    <w:p>
      <w:pPr>
        <w:pStyle w:val="ListBullet"/>
      </w:pPr>
      <w:r>
        <w:t>Condomínio: R$ __________</w:t>
      </w:r>
    </w:p>
    <w:p>
      <w:pPr>
        <w:pStyle w:val="ListBullet"/>
      </w:pPr>
      <w:r>
        <w:t>IPTU/TLP: R$ __________</w:t>
      </w:r>
    </w:p>
    <w:p>
      <w:pPr>
        <w:pStyle w:val="ListBullet"/>
      </w:pPr>
      <w:r>
        <w:t>Outros (água, luz, multa): R$ __________</w:t>
      </w:r>
    </w:p>
    <w:p>
      <w:pPr>
        <w:pStyle w:val="ListBullet"/>
      </w:pPr>
      <w:r>
        <w:t>Total: R$ __________</w:t>
      </w:r>
    </w:p>
    <w:p>
      <w:pPr>
        <w:jc w:val="both"/>
      </w:pPr>
      <w:r>
        <w:rPr>
          <w:b w:val="0"/>
        </w:rPr>
        <w:t>Dou plena quitação do valor acima, referente ao período indicado.</w:t>
      </w:r>
    </w:p>
    <w:p/>
    <w:p>
      <w:pPr>
        <w:jc w:val="left"/>
      </w:pPr>
      <w:r>
        <w:rPr>
          <w:b w:val="0"/>
        </w:rPr>
        <w:t>____________________, ____ de __________________ de ______.</w:t>
      </w:r>
    </w:p>
    <w:p/>
    <w:p/>
    <w:p>
      <w:pPr>
        <w:jc w:val="center"/>
      </w:pPr>
      <w:r>
        <w:rPr>
          <w:b w:val="0"/>
        </w:rPr>
        <w:t>_________________________________________</w:t>
      </w:r>
    </w:p>
    <w:p>
      <w:pPr>
        <w:jc w:val="center"/>
      </w:pPr>
      <w:r>
        <w:rPr>
          <w:b w:val="0"/>
        </w:rPr>
        <w:t>Locador(a)</w:t>
        <w:br/>
        <w:t>CPF/CNPJ: ____________________</w:t>
      </w:r>
    </w:p>
    <w:p/>
    <w:p>
      <w:pPr>
        <w:jc w:val="both"/>
      </w:pPr>
      <w:r>
        <w:rPr>
          <w:b w:val="0"/>
          <w:i/>
          <w:color w:val="555F6A"/>
          <w:sz w:val="17"/>
        </w:rPr>
        <w:t>Modelo de referência disponibilizado por Cardoso &amp; Martins – Contadores, Peritos e Consultores (cmcontadoresassociados.com.br). Revise e adapte ao seu caso antes de usar. Em caso de dúvida, fale com a nossa equipe.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