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RECIBO DE PAGAMENTO DE SALÁRIO</w:t>
      </w:r>
    </w:p>
    <w:p>
      <w:pPr>
        <w:jc w:val="left"/>
      </w:pPr>
      <w:r>
        <w:rPr>
          <w:b w:val="0"/>
        </w:rPr>
        <w:t>Empregador: ____________________   CNPJ/CPF: ____________________</w:t>
      </w:r>
    </w:p>
    <w:p>
      <w:pPr>
        <w:jc w:val="left"/>
      </w:pPr>
      <w:r>
        <w:rPr>
          <w:b w:val="0"/>
        </w:rPr>
        <w:t>Empregado(a): ____________________   CPF: ____________________   Cargo: ____________________</w:t>
      </w:r>
    </w:p>
    <w:p>
      <w:pPr>
        <w:jc w:val="left"/>
      </w:pPr>
      <w:r>
        <w:rPr>
          <w:b w:val="0"/>
        </w:rPr>
        <w:t>Competência: ______/______   Admissão: ____/____/______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Descrição</w:t>
            </w:r>
          </w:p>
        </w:tc>
        <w:tc>
          <w:tcPr>
            <w:tcW w:type="dxa" w:w="2351"/>
          </w:tcPr>
          <w:p>
            <w:r>
              <w:t>Referência</w:t>
            </w:r>
          </w:p>
        </w:tc>
        <w:tc>
          <w:tcPr>
            <w:tcW w:type="dxa" w:w="2351"/>
          </w:tcPr>
          <w:p>
            <w:r>
              <w:t>Proventos (R$)</w:t>
            </w:r>
          </w:p>
        </w:tc>
        <w:tc>
          <w:tcPr>
            <w:tcW w:type="dxa" w:w="2351"/>
          </w:tcPr>
          <w:p>
            <w:r>
              <w:t>Descontos (R$)</w:t>
            </w:r>
          </w:p>
        </w:tc>
      </w:tr>
      <w:tr>
        <w:tc>
          <w:tcPr>
            <w:tcW w:type="dxa" w:w="2351"/>
          </w:tcPr>
          <w:p>
            <w:r>
              <w:t>Salário base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Horas extras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Adicional (noturno/insalubridade)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INSS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IRRF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Vale-transporte (até 6%)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Adiantamento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Outros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>
            <w:r>
              <w:t>TOTAIS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</w:tbl>
    <w:p/>
    <w:p>
      <w:pPr>
        <w:jc w:val="left"/>
      </w:pPr>
      <w:r>
        <w:rPr>
          <w:b/>
        </w:rPr>
        <w:t>Valor líquido a receber: R$ ______________</w:t>
      </w:r>
    </w:p>
    <w:p>
      <w:pPr>
        <w:jc w:val="left"/>
      </w:pPr>
      <w:r>
        <w:rPr>
          <w:b w:val="0"/>
        </w:rPr>
        <w:t>Base de cálculo do FGTS: R$ __________   FGTS do mês (8%): R$ __________   Base do IRRF: R$ __________</w:t>
      </w:r>
    </w:p>
    <w:p>
      <w:pPr>
        <w:jc w:val="both"/>
      </w:pPr>
      <w:r>
        <w:rPr>
          <w:b w:val="0"/>
        </w:rPr>
        <w:t>Declaro ter recebido a importância líquida discriminada neste recibo.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Empregado(a)</w:t>
        <w:br/>
        <w:t>CPF: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