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RECIBO</w:t>
      </w:r>
    </w:p>
    <w:p>
      <w:pPr>
        <w:jc w:val="left"/>
      </w:pPr>
      <w:r>
        <w:rPr>
          <w:b/>
        </w:rPr>
        <w:t>Valor: R$ ______________</w:t>
      </w:r>
    </w:p>
    <w:p>
      <w:pPr>
        <w:jc w:val="both"/>
      </w:pPr>
      <w:r>
        <w:rPr>
          <w:b w:val="0"/>
        </w:rPr>
        <w:t>Recebi(emos) de ____________________, inscrito(a) no CPF/CNPJ sob o nº ____________________, a importância de R$ ______________ (________________________________________________), referente a ________________________________________.</w:t>
      </w:r>
    </w:p>
    <w:p>
      <w:pPr>
        <w:jc w:val="both"/>
      </w:pPr>
      <w:r>
        <w:rPr>
          <w:b w:val="0"/>
        </w:rPr>
        <w:t>Para maior clareza, firmo(amos) o presente recibo, dando plena e geral quitação do valor acima.</w:t>
      </w:r>
    </w:p>
    <w:p>
      <w:pPr>
        <w:jc w:val="left"/>
      </w:pPr>
      <w:r>
        <w:rPr>
          <w:b w:val="0"/>
        </w:rPr>
        <w:t>Forma de pagamento: (  ) PIX  (  ) Transferência  (  ) Dinheiro  (  ) Cheque  (  ) Outra: ____________________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Nome de quem recebe</w:t>
        <w:br/>
        <w:t>CPF/CNPJ: ____________________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